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Mobile App Privacy Policy</w:t>
      </w:r>
    </w:p>
    <w:p>
      <w:r>
        <w:rPr>
          <w:color w:val="8A94A0"/>
        </w:rPr>
        <w:t>Fill-in template — 11 sections</w:t>
      </w:r>
    </w:p>
    <w:p>
      <w:r>
        <w:t>web-pioneer.com — free template. You may edit and share this document freely.</w:t>
      </w:r>
    </w:p>
    <w:p>
      <w:pPr>
        <w:pStyle w:val="Heading1"/>
      </w:pPr>
      <w:r>
        <w:t>Important: not legal advice</w:t>
      </w:r>
    </w:p>
    <w:p>
      <w:r>
        <w:t>This template is a technical starting point based on app store requirements. Privacy laws differ by country and industry. Have a qualified lawyer review the final policy before publishing.</w:t>
      </w:r>
    </w:p>
    <w:p>
      <w:pPr>
        <w:pStyle w:val="Heading1"/>
      </w:pPr>
      <w:r>
        <w:t>1. Introduction &amp; Scope</w:t>
      </w:r>
    </w:p>
    <w:p>
      <w:r>
        <w:t>Sample: "This Privacy Policy describes how [Company] collects, uses and protects information when you use the [App Name] application. By using the app you agree to this policy."</w:t>
      </w:r>
    </w:p>
    <w:p>
      <w:r>
        <w:rPr>
          <w:b/>
        </w:rPr>
        <w:t xml:space="preserve">App name: </w:t>
      </w:r>
      <w:r>
        <w:t>__________________________________________________</w:t>
      </w:r>
    </w:p>
    <w:p>
      <w:r>
        <w:rPr>
          <w:b/>
        </w:rPr>
        <w:t xml:space="preserve">Company / developer legal name: </w:t>
      </w:r>
      <w:r>
        <w:t>__________________________________________________</w:t>
      </w:r>
    </w:p>
    <w:p>
      <w:r>
        <w:rPr>
          <w:b/>
        </w:rPr>
        <w:t xml:space="preserve">Effective date: </w:t>
      </w:r>
      <w:r>
        <w:t>__________________________________________________</w:t>
      </w:r>
    </w:p>
    <w:p>
      <w:pPr>
        <w:pStyle w:val="Heading1"/>
      </w:pPr>
      <w:r>
        <w:t>2. Data We Collect</w:t>
      </w:r>
    </w:p>
    <w:p>
      <w:r>
        <w:t>List only what the app genuinely collects. Check against the SDK list in section 5.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Category</w:t>
            </w:r>
          </w:p>
        </w:tc>
        <w:tc>
          <w:tcPr>
            <w:tcW w:type="dxa" w:w="2880"/>
          </w:tcPr>
          <w:p>
            <w:r>
              <w:rPr>
                <w:b/>
              </w:rPr>
              <w:t>Examples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Collected?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</w:pPr>
      <w:r>
        <w:t>3. How We Use the Data</w:t>
      </w:r>
    </w:p>
    <w:p>
      <w:pPr>
        <w:pStyle w:val="ListBullet"/>
      </w:pPr>
      <w:r>
        <w:t>Provide and operate the service: ____________</w:t>
      </w:r>
    </w:p>
    <w:p>
      <w:pPr>
        <w:pStyle w:val="ListBullet"/>
      </w:pPr>
      <w:r>
        <w:t>Communicate with you: ____________</w:t>
      </w:r>
    </w:p>
    <w:p>
      <w:pPr>
        <w:pStyle w:val="ListBullet"/>
      </w:pPr>
      <w:r>
        <w:t>Improve the app (crash reports, analytics): ____________</w:t>
      </w:r>
    </w:p>
    <w:p>
      <w:pPr>
        <w:pStyle w:val="ListBullet"/>
      </w:pPr>
      <w:r>
        <w:t>Marketing, with opt-out (only if true): ____________</w:t>
      </w:r>
    </w:p>
    <w:p>
      <w:pPr>
        <w:pStyle w:val="ListBullet"/>
      </w:pPr>
      <w:r>
        <w:t>Legal compliance and fraud prevention: ____________</w:t>
      </w:r>
    </w:p>
    <w:p>
      <w:pPr>
        <w:pStyle w:val="Heading1"/>
      </w:pPr>
      <w:r>
        <w:t>4. Legal Basis (if applicable)</w:t>
      </w:r>
    </w:p>
    <w:p>
      <w:pPr>
        <w:pStyle w:val="ListBullet"/>
      </w:pPr>
      <w:r>
        <w:t>Contract: data needed to deliver the service.</w:t>
      </w:r>
    </w:p>
    <w:p>
      <w:pPr>
        <w:pStyle w:val="ListBullet"/>
      </w:pPr>
      <w:r>
        <w:t>Consent: optional data (marketing, precise location), revocable anytime.</w:t>
      </w:r>
    </w:p>
    <w:p>
      <w:pPr>
        <w:pStyle w:val="ListBullet"/>
      </w:pPr>
      <w:r>
        <w:t>Legitimate interest: security, fraud prevention, basic analytics.</w:t>
      </w:r>
    </w:p>
    <w:p>
      <w:pPr>
        <w:pStyle w:val="ListBullet"/>
      </w:pPr>
      <w:r>
        <w:t>Legal obligation: records the law requires.</w:t>
      </w:r>
    </w:p>
    <w:p>
      <w:pPr>
        <w:pStyle w:val="Heading1"/>
      </w:pPr>
      <w:r>
        <w:t>5. Third-Party Services &amp; SDKs</w:t>
      </w:r>
    </w:p>
    <w:p>
      <w:r>
        <w:t>Name every SDK that touches data. Must match the Google Play Data Safety form and Apple privacy labels.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Service / SDK</w:t>
            </w:r>
          </w:p>
        </w:tc>
        <w:tc>
          <w:tcPr>
            <w:tcW w:type="dxa" w:w="2880"/>
          </w:tcPr>
          <w:p>
            <w:r>
              <w:rPr>
                <w:b/>
              </w:rPr>
              <w:t>Purpose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In this app?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</w:pPr>
      <w:r>
        <w:t>6. Data Sharing</w:t>
      </w:r>
    </w:p>
    <w:p>
      <w:pPr>
        <w:pStyle w:val="ListBullet"/>
      </w:pPr>
      <w:r>
        <w:t>Service providers processing data on our behalf (hosting, analytics, payments).</w:t>
      </w:r>
    </w:p>
    <w:p>
      <w:pPr>
        <w:pStyle w:val="ListBullet"/>
      </w:pPr>
      <w:r>
        <w:t>Operational partners (if applicable): ____________</w:t>
      </w:r>
    </w:p>
    <w:p>
      <w:pPr>
        <w:pStyle w:val="ListBullet"/>
      </w:pPr>
      <w:r>
        <w:t>Legal authorities when required by law.</w:t>
      </w:r>
    </w:p>
    <w:p>
      <w:pPr>
        <w:pStyle w:val="ListBullet"/>
      </w:pPr>
      <w:r>
        <w:t>Business transfer under the same protections.</w:t>
      </w:r>
    </w:p>
    <w:p>
      <w:pPr>
        <w:pStyle w:val="ListBullet"/>
      </w:pPr>
      <w:r>
        <w:t>We do not sell personal data. (keep only if true)</w:t>
      </w:r>
    </w:p>
    <w:p>
      <w:pPr>
        <w:pStyle w:val="Heading1"/>
      </w:pPr>
      <w:r>
        <w:t>7. Data Retention &amp; Deletion</w:t>
      </w:r>
    </w:p>
    <w:p>
      <w:r>
        <w:rPr>
          <w:b/>
        </w:rPr>
        <w:t xml:space="preserve">Account data kept for: </w:t>
      </w:r>
      <w:r>
        <w:t>__________________________________________________</w:t>
      </w:r>
    </w:p>
    <w:p>
      <w:r>
        <w:rPr>
          <w:b/>
        </w:rPr>
        <w:t xml:space="preserve">Transaction records kept for: </w:t>
      </w:r>
      <w:r>
        <w:t>__________________________________________________</w:t>
      </w:r>
    </w:p>
    <w:p>
      <w:r>
        <w:rPr>
          <w:b/>
        </w:rPr>
        <w:t xml:space="preserve">How users delete their account (in-app path + web link): </w:t>
      </w:r>
      <w:r>
        <w:t>__________________________________________________</w:t>
      </w:r>
    </w:p>
    <w:p>
      <w:r>
        <w:rPr>
          <w:b/>
        </w:rPr>
        <w:t xml:space="preserve">What happens on deletion: </w:t>
      </w:r>
      <w:r>
        <w:t>__________________________________________________</w:t>
      </w:r>
    </w:p>
    <w:p>
      <w:pPr>
        <w:pStyle w:val="Heading1"/>
      </w:pPr>
      <w:r>
        <w:t>8. Security</w:t>
      </w:r>
    </w:p>
    <w:p>
      <w:pPr>
        <w:pStyle w:val="ListBullet"/>
      </w:pPr>
      <w:r>
        <w:t>Encrypted transport (HTTPS/TLS).</w:t>
      </w:r>
    </w:p>
    <w:p>
      <w:pPr>
        <w:pStyle w:val="ListBullet"/>
      </w:pPr>
      <w:r>
        <w:t>Passwords stored hashed.</w:t>
      </w:r>
    </w:p>
    <w:p>
      <w:pPr>
        <w:pStyle w:val="ListBullet"/>
      </w:pPr>
      <w:r>
        <w:t>Production access restricted to authorized personnel.</w:t>
      </w:r>
    </w:p>
    <w:p>
      <w:pPr>
        <w:pStyle w:val="ListBullet"/>
      </w:pPr>
      <w:r>
        <w:t>Card data handled by the payment gateway; we store no card numbers. (adjust if different)</w:t>
      </w:r>
    </w:p>
    <w:p>
      <w:pPr>
        <w:pStyle w:val="ListBullet"/>
      </w:pPr>
      <w:r>
        <w:t>Your specifics: ____________</w:t>
      </w:r>
    </w:p>
    <w:p>
      <w:pPr>
        <w:pStyle w:val="Heading1"/>
      </w:pPr>
      <w:r>
        <w:t>9. Your Rights</w:t>
      </w:r>
    </w:p>
    <w:p>
      <w:r>
        <w:t>Sample: "You may request access, correction or deletion of your personal data, and withdraw consent for optional processing, by contacting us at [email]. We respond within 30 days."</w:t>
      </w:r>
    </w:p>
    <w:p>
      <w:r>
        <w:rPr>
          <w:b/>
        </w:rPr>
        <w:t xml:space="preserve">Contact channel for privacy requests: </w:t>
      </w:r>
      <w:r>
        <w:t>__________________________________________________</w:t>
      </w:r>
    </w:p>
    <w:p>
      <w:pPr>
        <w:pStyle w:val="Heading1"/>
      </w:pPr>
      <w:r>
        <w:t>10. Children's Privacy</w:t>
      </w:r>
    </w:p>
    <w:p>
      <w:r>
        <w:t>Sample (general-audience app): "The app is not directed at children under 13 and we do not knowingly collect their data. Contact us for deletion if a child provided data."</w:t>
      </w:r>
    </w:p>
    <w:p>
      <w:r>
        <w:rPr>
          <w:b/>
        </w:rPr>
        <w:t xml:space="preserve">Is the app directed at children (no / yes + legal review): </w:t>
      </w:r>
      <w:r>
        <w:t>__________________________________________________</w:t>
      </w:r>
    </w:p>
    <w:p>
      <w:pPr>
        <w:pStyle w:val="Heading1"/>
      </w:pPr>
      <w:r>
        <w:t>11. Changes &amp; Contact</w:t>
      </w:r>
    </w:p>
    <w:p>
      <w:r>
        <w:rPr>
          <w:b/>
        </w:rPr>
        <w:t xml:space="preserve">How users are notified of changes: </w:t>
      </w:r>
      <w:r>
        <w:t>__________________________________________________</w:t>
      </w:r>
    </w:p>
    <w:p>
      <w:r>
        <w:rPr>
          <w:b/>
        </w:rPr>
        <w:t xml:space="preserve">Contact email: </w:t>
      </w:r>
      <w:r>
        <w:t>__________________________________________________</w:t>
      </w:r>
    </w:p>
    <w:p>
      <w:r>
        <w:rPr>
          <w:b/>
        </w:rPr>
        <w:t xml:space="preserve">Company address: </w:t>
      </w:r>
      <w:r>
        <w:t>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