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Website Requirements Document</w:t>
      </w:r>
    </w:p>
    <w:p>
      <w:r>
        <w:rPr>
          <w:color w:val="8A94A0"/>
        </w:rPr>
        <w:t>Fill-in template — 12 sections</w:t>
      </w:r>
    </w:p>
    <w:p>
      <w:r>
        <w:t>web-pioneer.com — free template. You may edit and share this document freely.</w:t>
      </w:r>
    </w:p>
    <w:p>
      <w:pPr>
        <w:pStyle w:val="Heading1"/>
      </w:pPr>
      <w:r>
        <w:t>1. Document Control</w:t>
      </w:r>
    </w:p>
    <w:p>
      <w:r>
        <w:rPr>
          <w:b/>
        </w:rPr>
        <w:t xml:space="preserve">Project name: </w:t>
      </w:r>
      <w:r>
        <w:t>__________________________________________________</w:t>
      </w:r>
    </w:p>
    <w:p>
      <w:r>
        <w:rPr>
          <w:b/>
        </w:rPr>
        <w:t xml:space="preserve">Company / organization: </w:t>
      </w:r>
      <w:r>
        <w:t>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Author / 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2. Business Overview &amp; Goals</w:t>
      </w:r>
    </w:p>
    <w:p>
      <w:r>
        <w:rPr>
          <w:b/>
        </w:rPr>
        <w:t xml:space="preserve">What the business does (one paragraph): </w:t>
      </w:r>
      <w:r>
        <w:t>__________________________________________________</w:t>
      </w:r>
    </w:p>
    <w:p>
      <w:r>
        <w:rPr>
          <w:b/>
        </w:rPr>
        <w:t xml:space="preserve">Primary goal of the website: </w:t>
      </w:r>
      <w:r>
        <w:t>__________________________________________________</w:t>
      </w:r>
    </w:p>
    <w:p>
      <w:r>
        <w:rPr>
          <w:b/>
        </w:rPr>
        <w:t xml:space="preserve">How success will be measured after 6 months: </w:t>
      </w:r>
      <w:r>
        <w:t>__________________________________________________</w:t>
      </w:r>
    </w:p>
    <w:p>
      <w:r>
        <w:rPr>
          <w:b/>
        </w:rPr>
        <w:t xml:space="preserve">Existing website and its problems: </w:t>
      </w:r>
      <w:r>
        <w:t>__________________________________________________</w:t>
      </w:r>
    </w:p>
    <w:p>
      <w:pPr>
        <w:pStyle w:val="Heading1"/>
      </w:pPr>
      <w:r>
        <w:t>3. Target Audience</w:t>
      </w:r>
    </w:p>
    <w:p>
      <w:r>
        <w:rPr>
          <w:b/>
        </w:rPr>
        <w:t xml:space="preserve">Primary audience (who / what they need / device): </w:t>
      </w:r>
      <w:r>
        <w:t>__________________________________________________</w:t>
      </w:r>
    </w:p>
    <w:p>
      <w:r>
        <w:rPr>
          <w:b/>
        </w:rPr>
        <w:t xml:space="preserve">Secondary audience (who / what they need / device): </w:t>
      </w:r>
      <w:r>
        <w:t>__________________________________________________</w:t>
      </w:r>
    </w:p>
    <w:p>
      <w:pPr>
        <w:pStyle w:val="Heading1"/>
      </w:pPr>
      <w:r>
        <w:t>4. Site Map: Page List</w:t>
      </w:r>
    </w:p>
    <w:p>
      <w:r>
        <w:t>List every page. Pages sharing one design count individually but mark them as a repeated template.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#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Page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Purpose / key content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5. Content &amp; Languages</w:t>
      </w:r>
    </w:p>
    <w:p>
      <w:r>
        <w:rPr>
          <w:b/>
        </w:rPr>
        <w:t xml:space="preserve">Languages at launch: </w:t>
      </w:r>
      <w:r>
        <w:t>__________________________________________________</w:t>
      </w:r>
    </w:p>
    <w:p>
      <w:r>
        <w:rPr>
          <w:b/>
        </w:rPr>
        <w:t xml:space="preserve">Who writes the text content: </w:t>
      </w:r>
      <w:r>
        <w:t>__________________________________________________</w:t>
      </w:r>
    </w:p>
    <w:p>
      <w:r>
        <w:rPr>
          <w:b/>
        </w:rPr>
        <w:t xml:space="preserve">Photography (real / shoot needed / stock): </w:t>
      </w:r>
      <w:r>
        <w:t>__________________________________________________</w:t>
      </w:r>
    </w:p>
    <w:p>
      <w:r>
        <w:rPr>
          <w:b/>
        </w:rPr>
        <w:t xml:space="preserve">Existing brand assets: </w:t>
      </w:r>
      <w:r>
        <w:t>__________________________________________________</w:t>
      </w:r>
    </w:p>
    <w:p>
      <w:r>
        <w:rPr>
          <w:b/>
        </w:rPr>
        <w:t xml:space="preserve">Blog or news section needed: </w:t>
      </w:r>
      <w:r>
        <w:t>__________________________________________________</w:t>
      </w:r>
    </w:p>
    <w:p>
      <w:pPr>
        <w:pStyle w:val="Heading1"/>
      </w:pPr>
      <w:r>
        <w:t>6. Design &amp; Branding Direction</w:t>
      </w:r>
    </w:p>
    <w:p>
      <w:r>
        <w:rPr>
          <w:b/>
        </w:rPr>
        <w:t xml:space="preserve">Websites you dislike, and why: </w:t>
      </w:r>
      <w:r>
        <w:t>__________________________________________________</w:t>
      </w:r>
    </w:p>
    <w:p>
      <w:r>
        <w:rPr>
          <w:b/>
        </w:rPr>
        <w:t xml:space="preserve">Binding brand guidelines (yes, attached / no): </w:t>
      </w:r>
      <w:r>
        <w:t>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Reference website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What you like about it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</w:pPr>
      <w:r>
        <w:t>7. Functional Features (MoSCoW priorities)</w:t>
      </w:r>
    </w:p>
    <w:p>
      <w:r>
        <w:t>Must = launch fails without it. Should = important, can slip a phase. Could = nice to have. Won't = explicitly out of scope now.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Feature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Priority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8. Integrations &amp; Third-Party Services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Service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Needed?</w:t>
            </w:r>
          </w:p>
        </w:tc>
        <w:tc>
          <w:tcPr>
            <w:tcW w:type="dxa" w:w="2880"/>
          </w:tcPr>
          <w:p>
            <w:r>
              <w:rPr>
                <w:b/>
              </w:rPr>
              <w:t>Account exists?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9. SEO, Analytics &amp; Migration</w:t>
      </w:r>
    </w:p>
    <w:p>
      <w:r>
        <w:rPr>
          <w:b/>
        </w:rPr>
        <w:t xml:space="preserve">Is SEO a priority: </w:t>
      </w:r>
      <w:r>
        <w:t>__________________________________________________</w:t>
      </w:r>
    </w:p>
    <w:p>
      <w:r>
        <w:rPr>
          <w:b/>
        </w:rPr>
        <w:t xml:space="preserve">Keywords / topics to rank for: </w:t>
      </w:r>
      <w:r>
        <w:t>__________________________________________________</w:t>
      </w:r>
    </w:p>
    <w:p>
      <w:r>
        <w:rPr>
          <w:b/>
        </w:rPr>
        <w:t xml:space="preserve">Old site pages that must keep rankings: </w:t>
      </w:r>
      <w:r>
        <w:t>__________________________________________________</w:t>
      </w:r>
    </w:p>
    <w:p>
      <w:r>
        <w:rPr>
          <w:b/>
        </w:rPr>
        <w:t xml:space="preserve">Search Console / Business Profile access available: </w:t>
      </w:r>
      <w:r>
        <w:t>__________________________________________________</w:t>
      </w:r>
    </w:p>
    <w:p>
      <w:pPr>
        <w:pStyle w:val="Heading1"/>
      </w:pPr>
      <w:r>
        <w:t>10. Domain, Hosting &amp; Technical Constraints</w:t>
      </w:r>
    </w:p>
    <w:p>
      <w:r>
        <w:rPr>
          <w:b/>
        </w:rPr>
        <w:t xml:space="preserve">Domain name (owned / needs purchase): </w:t>
      </w:r>
      <w:r>
        <w:t>__________________________________________________</w:t>
      </w:r>
    </w:p>
    <w:p>
      <w:r>
        <w:rPr>
          <w:b/>
        </w:rPr>
        <w:t xml:space="preserve">Hosting (existing / agency provides): </w:t>
      </w:r>
      <w:r>
        <w:t>__________________________________________________</w:t>
      </w:r>
    </w:p>
    <w:p>
      <w:r>
        <w:rPr>
          <w:b/>
        </w:rPr>
        <w:t xml:space="preserve">Company email on domain needed: </w:t>
      </w:r>
      <w:r>
        <w:t>__________________________________________________</w:t>
      </w:r>
    </w:p>
    <w:p>
      <w:r>
        <w:rPr>
          <w:b/>
        </w:rPr>
        <w:t xml:space="preserve">Technology preference: </w:t>
      </w:r>
      <w:r>
        <w:t>__________________________________________________</w:t>
      </w:r>
    </w:p>
    <w:p>
      <w:r>
        <w:rPr>
          <w:b/>
        </w:rPr>
        <w:t xml:space="preserve">Compliance constraints: </w:t>
      </w:r>
      <w:r>
        <w:t>__________________________________________________</w:t>
      </w:r>
    </w:p>
    <w:p>
      <w:pPr>
        <w:pStyle w:val="Heading1"/>
      </w:pPr>
      <w:r>
        <w:t>11. Budget &amp; Timeline</w:t>
      </w:r>
    </w:p>
    <w:p>
      <w:r>
        <w:rPr>
          <w:b/>
        </w:rPr>
        <w:t xml:space="preserve">Budget range: </w:t>
      </w:r>
      <w:r>
        <w:t>__________________________________________________</w:t>
      </w:r>
    </w:p>
    <w:p>
      <w:r>
        <w:rPr>
          <w:b/>
        </w:rPr>
        <w:t xml:space="preserve">Hard deadline or driving event: </w:t>
      </w:r>
      <w:r>
        <w:t>__________________________________________________</w:t>
      </w:r>
    </w:p>
    <w:p>
      <w:r>
        <w:rPr>
          <w:b/>
        </w:rPr>
        <w:t xml:space="preserve">Who approves deliverables and response speed: </w:t>
      </w:r>
      <w:r>
        <w:t>__________________________________________________</w:t>
      </w:r>
    </w:p>
    <w:p>
      <w:pPr>
        <w:pStyle w:val="Heading1"/>
      </w:pPr>
      <w:r>
        <w:t>12. Acceptance Criteria &amp; Post-Launch</w:t>
      </w:r>
    </w:p>
    <w:p>
      <w:pPr>
        <w:pStyle w:val="ListBullet"/>
      </w:pPr>
      <w:r>
        <w:t>All pages of section 4 delivered, responsive on mobile, tablet, desktop.</w:t>
      </w:r>
    </w:p>
    <w:p>
      <w:pPr>
        <w:pStyle w:val="ListBullet"/>
      </w:pPr>
      <w:r>
        <w:t>All Must features working and tested.</w:t>
      </w:r>
    </w:p>
    <w:p>
      <w:pPr>
        <w:pStyle w:val="ListBullet"/>
      </w:pPr>
      <w:r>
        <w:t>Performance target (e.g. LCP under 2.5s on 4G): ____________</w:t>
      </w:r>
    </w:p>
    <w:p>
      <w:pPr>
        <w:pStyle w:val="ListBullet"/>
      </w:pPr>
      <w:r>
        <w:t>Training session on content editing: yes / no</w:t>
      </w:r>
    </w:p>
    <w:p>
      <w:pPr>
        <w:pStyle w:val="ListBullet"/>
      </w:pPr>
      <w:r>
        <w:t>Maintenance after launch: monthly contract / on demand / TBD</w:t>
      </w:r>
    </w:p>
    <w:p>
      <w:pPr>
        <w:pStyle w:val="ListBullet"/>
      </w:pPr>
      <w:r>
        <w:t>Ownership: domain, hosting, source code and accounts transfer to us at handover.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